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7562088" cy="1008278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ambesc(1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082784"/>
                    </a:xfrm>
                    <a:prstGeom prst="rect"/>
                  </pic:spPr>
                </pic:pic>
              </a:graphicData>
            </a:graphic>
          </wp:inline>
        </w:drawing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7562088" cy="1008278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t Cannat(1)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08278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